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F56" w:rsidRDefault="00CC2020">
      <w:pPr>
        <w:jc w:val="center"/>
        <w:rPr>
          <w:b/>
          <w:sz w:val="36"/>
        </w:rPr>
      </w:pPr>
      <w:r>
        <w:rPr>
          <w:b/>
          <w:sz w:val="36"/>
        </w:rPr>
        <w:t>🦸 Superhero Project – Grade 4</w:t>
      </w:r>
    </w:p>
    <w:p w:rsidR="002D257A" w:rsidRDefault="002D257A">
      <w:pPr>
        <w:jc w:val="center"/>
      </w:pPr>
      <w:r>
        <w:rPr>
          <w:b/>
          <w:noProof/>
          <w:sz w:val="36"/>
        </w:rPr>
        <w:drawing>
          <wp:inline distT="0" distB="0" distL="0" distR="0" wp14:anchorId="290CB8BB" wp14:editId="681795FA">
            <wp:extent cx="861060" cy="861060"/>
            <wp:effectExtent l="0" t="0" r="0" b="0"/>
            <wp:docPr id="1" name="Image 1" descr="C:\Users\chooramun.m\AppData\Local\Microsoft\Windows\INetCache\Content.MSO\7A243C0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ooramun.m\AppData\Local\Microsoft\Windows\INetCache\Content.MSO\7A243C01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F56" w:rsidRDefault="00CC2020">
      <w:pPr>
        <w:pStyle w:val="Titre1"/>
      </w:pPr>
      <w:r>
        <w:t>Instructions</w:t>
      </w:r>
    </w:p>
    <w:p w:rsidR="00E22F56" w:rsidRDefault="00CC2020">
      <w:r>
        <w:t>You are going to create your own superhero and present the character to the class! Be creative, use your imagination, and have fun.</w:t>
      </w:r>
      <w:r>
        <w:br/>
      </w:r>
      <w:r w:rsidRPr="002D257A">
        <w:rPr>
          <w:b/>
        </w:rPr>
        <w:br/>
        <w:t>Your superhero description must include:</w:t>
      </w:r>
      <w:r>
        <w:br/>
        <w:t>1. Basic Information: Name, Age, Where he/she lives</w:t>
      </w:r>
      <w:bookmarkStart w:id="0" w:name="_GoBack"/>
      <w:bookmarkEnd w:id="0"/>
      <w:r>
        <w:br/>
        <w:t>2. Physical Description: Height, hair, eyes, other details</w:t>
      </w:r>
      <w:r>
        <w:br/>
        <w:t>3. Clothing and Accessories: Costume, colors, special items</w:t>
      </w:r>
      <w:r>
        <w:br/>
        <w:t>4. Preferences: 3 things your hero likes or enjoys</w:t>
      </w:r>
      <w:r>
        <w:br/>
        <w:t>5. Capabilities: 3 things your hero can do well</w:t>
      </w:r>
      <w:r>
        <w:br/>
        <w:t>6. Super Power: The special, unique power that makes your superhero amazing!</w:t>
      </w:r>
      <w:r>
        <w:br/>
      </w:r>
      <w:r>
        <w:br/>
        <w:t xml:space="preserve">👉 </w:t>
      </w:r>
      <w:r w:rsidR="00F469CC">
        <w:t>Create a poster</w:t>
      </w:r>
      <w:r>
        <w:t xml:space="preserve"> </w:t>
      </w:r>
      <w:r w:rsidR="00F469CC">
        <w:t xml:space="preserve">of </w:t>
      </w:r>
      <w:r>
        <w:t>your superhero to show to the class.</w:t>
      </w:r>
    </w:p>
    <w:p w:rsidR="00F469CC" w:rsidRDefault="00F469CC">
      <w:r w:rsidRPr="00F469CC">
        <w:rPr>
          <w:highlight w:val="yellow"/>
        </w:rPr>
        <w:t>Date of presentation: Tuesday 21</w:t>
      </w:r>
      <w:r w:rsidRPr="00F469CC">
        <w:rPr>
          <w:highlight w:val="yellow"/>
          <w:vertAlign w:val="superscript"/>
        </w:rPr>
        <w:t>st</w:t>
      </w:r>
      <w:r w:rsidRPr="00F469CC">
        <w:rPr>
          <w:highlight w:val="yellow"/>
        </w:rPr>
        <w:t xml:space="preserve"> October 2025</w:t>
      </w:r>
    </w:p>
    <w:p w:rsidR="00F469CC" w:rsidRDefault="00F469CC">
      <w:r w:rsidRPr="00F469CC">
        <w:rPr>
          <w:highlight w:val="cyan"/>
        </w:rPr>
        <w:t>The text will be worked in class while the poster you can work on that at home.</w:t>
      </w:r>
    </w:p>
    <w:p w:rsidR="00E22F56" w:rsidRDefault="00CC2020">
      <w:pPr>
        <w:pStyle w:val="Titre1"/>
      </w:pPr>
      <w:r>
        <w:t>✅ Checklist</w:t>
      </w:r>
    </w:p>
    <w:p w:rsidR="00E22F56" w:rsidRDefault="00CC2020">
      <w:pPr>
        <w:pStyle w:val="Listepuces"/>
      </w:pPr>
      <w:r>
        <w:t>☐ Name, age, and place of living</w:t>
      </w:r>
    </w:p>
    <w:p w:rsidR="00E22F56" w:rsidRDefault="00CC2020">
      <w:pPr>
        <w:pStyle w:val="Listepuces"/>
      </w:pPr>
      <w:r>
        <w:t>☐ Physical description</w:t>
      </w:r>
    </w:p>
    <w:p w:rsidR="00E22F56" w:rsidRDefault="00CC2020">
      <w:pPr>
        <w:pStyle w:val="Listepuces"/>
      </w:pPr>
      <w:r>
        <w:t>☐ Clothing and accessories</w:t>
      </w:r>
    </w:p>
    <w:p w:rsidR="00E22F56" w:rsidRDefault="00CC2020">
      <w:pPr>
        <w:pStyle w:val="Listepuces"/>
      </w:pPr>
      <w:r>
        <w:t>☐ 3 preferences</w:t>
      </w:r>
    </w:p>
    <w:p w:rsidR="00E22F56" w:rsidRDefault="00CC2020">
      <w:pPr>
        <w:pStyle w:val="Listepuces"/>
      </w:pPr>
      <w:r>
        <w:t>☐ 3 capabilities</w:t>
      </w:r>
    </w:p>
    <w:p w:rsidR="00E22F56" w:rsidRDefault="00CC2020">
      <w:pPr>
        <w:pStyle w:val="Listepuces"/>
      </w:pPr>
      <w:r>
        <w:t>☐ 1 super power</w:t>
      </w:r>
    </w:p>
    <w:p w:rsidR="00E22F56" w:rsidRDefault="00CC2020">
      <w:pPr>
        <w:pStyle w:val="Listepuces"/>
      </w:pPr>
      <w:r>
        <w:t>☐ Clear and organized presentation</w:t>
      </w:r>
    </w:p>
    <w:p w:rsidR="00E22F56" w:rsidRDefault="00CC2020">
      <w:pPr>
        <w:pStyle w:val="Listepuces"/>
      </w:pPr>
      <w:r>
        <w:t>☐ Creativity and imagination</w:t>
      </w:r>
    </w:p>
    <w:p w:rsidR="002D257A" w:rsidRDefault="002D257A" w:rsidP="002D257A">
      <w:pPr>
        <w:pStyle w:val="Titre1"/>
        <w:rPr>
          <w:rFonts w:ascii="Segoe UI Emoji" w:hAnsi="Segoe UI Emoji" w:cs="Segoe UI Emoji"/>
        </w:rPr>
      </w:pPr>
    </w:p>
    <w:p w:rsidR="002D257A" w:rsidRDefault="002D257A" w:rsidP="002D257A"/>
    <w:p w:rsidR="002D257A" w:rsidRPr="002D257A" w:rsidRDefault="002D257A" w:rsidP="002D257A"/>
    <w:p w:rsidR="002D257A" w:rsidRPr="002D257A" w:rsidRDefault="00CC2020" w:rsidP="002D257A">
      <w:pPr>
        <w:pStyle w:val="Titre1"/>
      </w:pPr>
      <w:r>
        <w:rPr>
          <w:rFonts w:ascii="Segoe UI Emoji" w:hAnsi="Segoe UI Emoji" w:cs="Segoe UI Emoji"/>
        </w:rPr>
        <w:lastRenderedPageBreak/>
        <w:t>📝</w:t>
      </w:r>
      <w:r>
        <w:t xml:space="preserve"> Rubric (Total: 20 points)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27"/>
        <w:gridCol w:w="1725"/>
        <w:gridCol w:w="1725"/>
        <w:gridCol w:w="1726"/>
        <w:gridCol w:w="1727"/>
      </w:tblGrid>
      <w:tr w:rsidR="00E22F56">
        <w:tc>
          <w:tcPr>
            <w:tcW w:w="1728" w:type="dxa"/>
          </w:tcPr>
          <w:p w:rsidR="00E22F56" w:rsidRDefault="00CC2020">
            <w:r>
              <w:t>Criteria</w:t>
            </w:r>
          </w:p>
        </w:tc>
        <w:tc>
          <w:tcPr>
            <w:tcW w:w="1728" w:type="dxa"/>
          </w:tcPr>
          <w:p w:rsidR="00E22F56" w:rsidRDefault="00CC2020">
            <w:r>
              <w:t>Excellent (4)</w:t>
            </w:r>
          </w:p>
        </w:tc>
        <w:tc>
          <w:tcPr>
            <w:tcW w:w="1728" w:type="dxa"/>
          </w:tcPr>
          <w:p w:rsidR="00E22F56" w:rsidRDefault="00CC2020">
            <w:r>
              <w:t>Good (3)</w:t>
            </w:r>
          </w:p>
        </w:tc>
        <w:tc>
          <w:tcPr>
            <w:tcW w:w="1728" w:type="dxa"/>
          </w:tcPr>
          <w:p w:rsidR="00E22F56" w:rsidRDefault="00CC2020">
            <w:r>
              <w:t>Satisfactory (2)</w:t>
            </w:r>
          </w:p>
        </w:tc>
        <w:tc>
          <w:tcPr>
            <w:tcW w:w="1728" w:type="dxa"/>
          </w:tcPr>
          <w:p w:rsidR="00E22F56" w:rsidRDefault="00CC2020">
            <w:r>
              <w:t>Needs Improvement (1)</w:t>
            </w:r>
          </w:p>
        </w:tc>
      </w:tr>
      <w:tr w:rsidR="00E22F56">
        <w:tc>
          <w:tcPr>
            <w:tcW w:w="1728" w:type="dxa"/>
          </w:tcPr>
          <w:p w:rsidR="00E22F56" w:rsidRDefault="00CC2020">
            <w:r>
              <w:t>Basic Info</w:t>
            </w:r>
          </w:p>
        </w:tc>
        <w:tc>
          <w:tcPr>
            <w:tcW w:w="1728" w:type="dxa"/>
          </w:tcPr>
          <w:p w:rsidR="00E22F56" w:rsidRDefault="00CC2020">
            <w:r>
              <w:t>Complete with clear details</w:t>
            </w:r>
          </w:p>
        </w:tc>
        <w:tc>
          <w:tcPr>
            <w:tcW w:w="1728" w:type="dxa"/>
          </w:tcPr>
          <w:p w:rsidR="00E22F56" w:rsidRDefault="00CC2020">
            <w:r>
              <w:t>Mostly complete</w:t>
            </w:r>
          </w:p>
        </w:tc>
        <w:tc>
          <w:tcPr>
            <w:tcW w:w="1728" w:type="dxa"/>
          </w:tcPr>
          <w:p w:rsidR="00E22F56" w:rsidRDefault="00CC2020">
            <w:r>
              <w:t>Missing 1 element</w:t>
            </w:r>
          </w:p>
        </w:tc>
        <w:tc>
          <w:tcPr>
            <w:tcW w:w="1728" w:type="dxa"/>
          </w:tcPr>
          <w:p w:rsidR="00E22F56" w:rsidRDefault="00CC2020">
            <w:r>
              <w:t>Missing several elements</w:t>
            </w:r>
          </w:p>
        </w:tc>
      </w:tr>
      <w:tr w:rsidR="00E22F56">
        <w:tc>
          <w:tcPr>
            <w:tcW w:w="1728" w:type="dxa"/>
          </w:tcPr>
          <w:p w:rsidR="00E22F56" w:rsidRDefault="00CC2020">
            <w:r>
              <w:t>Physical Description</w:t>
            </w:r>
          </w:p>
        </w:tc>
        <w:tc>
          <w:tcPr>
            <w:tcW w:w="1728" w:type="dxa"/>
          </w:tcPr>
          <w:p w:rsidR="00E22F56" w:rsidRDefault="00CC2020">
            <w:r>
              <w:t>Detailed and creative</w:t>
            </w:r>
          </w:p>
        </w:tc>
        <w:tc>
          <w:tcPr>
            <w:tcW w:w="1728" w:type="dxa"/>
          </w:tcPr>
          <w:p w:rsidR="00E22F56" w:rsidRDefault="00CC2020">
            <w:r>
              <w:t>Clear but simple</w:t>
            </w:r>
          </w:p>
        </w:tc>
        <w:tc>
          <w:tcPr>
            <w:tcW w:w="1728" w:type="dxa"/>
          </w:tcPr>
          <w:p w:rsidR="00E22F56" w:rsidRDefault="00CC2020">
            <w:r>
              <w:t>Minimal detail</w:t>
            </w:r>
          </w:p>
        </w:tc>
        <w:tc>
          <w:tcPr>
            <w:tcW w:w="1728" w:type="dxa"/>
          </w:tcPr>
          <w:p w:rsidR="00E22F56" w:rsidRDefault="00CC2020">
            <w:r>
              <w:t>Very limited</w:t>
            </w:r>
          </w:p>
        </w:tc>
      </w:tr>
      <w:tr w:rsidR="00E22F56">
        <w:tc>
          <w:tcPr>
            <w:tcW w:w="1728" w:type="dxa"/>
          </w:tcPr>
          <w:p w:rsidR="00E22F56" w:rsidRDefault="00CC2020">
            <w:r>
              <w:t>Clothing &amp; Accessories</w:t>
            </w:r>
          </w:p>
        </w:tc>
        <w:tc>
          <w:tcPr>
            <w:tcW w:w="1728" w:type="dxa"/>
          </w:tcPr>
          <w:p w:rsidR="00E22F56" w:rsidRDefault="00CC2020">
            <w:r>
              <w:t>Very creative, well explained</w:t>
            </w:r>
          </w:p>
        </w:tc>
        <w:tc>
          <w:tcPr>
            <w:tcW w:w="1728" w:type="dxa"/>
          </w:tcPr>
          <w:p w:rsidR="00E22F56" w:rsidRDefault="00CC2020">
            <w:r>
              <w:t>Clear but not very original</w:t>
            </w:r>
          </w:p>
        </w:tc>
        <w:tc>
          <w:tcPr>
            <w:tcW w:w="1728" w:type="dxa"/>
          </w:tcPr>
          <w:p w:rsidR="00E22F56" w:rsidRDefault="00CC2020">
            <w:r>
              <w:t>Minimal details</w:t>
            </w:r>
          </w:p>
        </w:tc>
        <w:tc>
          <w:tcPr>
            <w:tcW w:w="1728" w:type="dxa"/>
          </w:tcPr>
          <w:p w:rsidR="00E22F56" w:rsidRDefault="00CC2020">
            <w:r>
              <w:t>Missing or unclear</w:t>
            </w:r>
          </w:p>
        </w:tc>
      </w:tr>
      <w:tr w:rsidR="00E22F56">
        <w:tc>
          <w:tcPr>
            <w:tcW w:w="1728" w:type="dxa"/>
          </w:tcPr>
          <w:p w:rsidR="00E22F56" w:rsidRDefault="00CC2020">
            <w:r>
              <w:t>Preferences (3)</w:t>
            </w:r>
          </w:p>
        </w:tc>
        <w:tc>
          <w:tcPr>
            <w:tcW w:w="1728" w:type="dxa"/>
          </w:tcPr>
          <w:p w:rsidR="00E22F56" w:rsidRDefault="00CC2020">
            <w:r>
              <w:t>All 3, clearly explained</w:t>
            </w:r>
          </w:p>
        </w:tc>
        <w:tc>
          <w:tcPr>
            <w:tcW w:w="1728" w:type="dxa"/>
          </w:tcPr>
          <w:p w:rsidR="00E22F56" w:rsidRDefault="00CC2020">
            <w:r>
              <w:t>2–3 included</w:t>
            </w:r>
          </w:p>
        </w:tc>
        <w:tc>
          <w:tcPr>
            <w:tcW w:w="1728" w:type="dxa"/>
          </w:tcPr>
          <w:p w:rsidR="00E22F56" w:rsidRDefault="00CC2020">
            <w:r>
              <w:t>Only 1</w:t>
            </w:r>
          </w:p>
        </w:tc>
        <w:tc>
          <w:tcPr>
            <w:tcW w:w="1728" w:type="dxa"/>
          </w:tcPr>
          <w:p w:rsidR="00E22F56" w:rsidRDefault="00CC2020">
            <w:r>
              <w:t>None</w:t>
            </w:r>
          </w:p>
        </w:tc>
      </w:tr>
      <w:tr w:rsidR="00E22F56">
        <w:tc>
          <w:tcPr>
            <w:tcW w:w="1728" w:type="dxa"/>
          </w:tcPr>
          <w:p w:rsidR="00E22F56" w:rsidRDefault="00CC2020">
            <w:r>
              <w:t>Capabilities (3)</w:t>
            </w:r>
          </w:p>
        </w:tc>
        <w:tc>
          <w:tcPr>
            <w:tcW w:w="1728" w:type="dxa"/>
          </w:tcPr>
          <w:p w:rsidR="00E22F56" w:rsidRDefault="00CC2020">
            <w:r>
              <w:t>All 3, clearly explained</w:t>
            </w:r>
          </w:p>
        </w:tc>
        <w:tc>
          <w:tcPr>
            <w:tcW w:w="1728" w:type="dxa"/>
          </w:tcPr>
          <w:p w:rsidR="00E22F56" w:rsidRDefault="00CC2020">
            <w:r>
              <w:t>2–3 included</w:t>
            </w:r>
          </w:p>
        </w:tc>
        <w:tc>
          <w:tcPr>
            <w:tcW w:w="1728" w:type="dxa"/>
          </w:tcPr>
          <w:p w:rsidR="00E22F56" w:rsidRDefault="00CC2020">
            <w:r>
              <w:t>Only 1</w:t>
            </w:r>
          </w:p>
        </w:tc>
        <w:tc>
          <w:tcPr>
            <w:tcW w:w="1728" w:type="dxa"/>
          </w:tcPr>
          <w:p w:rsidR="00E22F56" w:rsidRDefault="00CC2020">
            <w:r>
              <w:t>None</w:t>
            </w:r>
          </w:p>
        </w:tc>
      </w:tr>
      <w:tr w:rsidR="00E22F56">
        <w:tc>
          <w:tcPr>
            <w:tcW w:w="1728" w:type="dxa"/>
          </w:tcPr>
          <w:p w:rsidR="00E22F56" w:rsidRDefault="00CC2020">
            <w:r>
              <w:t>Super Power</w:t>
            </w:r>
          </w:p>
        </w:tc>
        <w:tc>
          <w:tcPr>
            <w:tcW w:w="1728" w:type="dxa"/>
          </w:tcPr>
          <w:p w:rsidR="00E22F56" w:rsidRDefault="00CC2020">
            <w:r>
              <w:t>Unique and creative</w:t>
            </w:r>
          </w:p>
        </w:tc>
        <w:tc>
          <w:tcPr>
            <w:tcW w:w="1728" w:type="dxa"/>
          </w:tcPr>
          <w:p w:rsidR="00E22F56" w:rsidRDefault="00CC2020">
            <w:r>
              <w:t>Clear but simple</w:t>
            </w:r>
          </w:p>
        </w:tc>
        <w:tc>
          <w:tcPr>
            <w:tcW w:w="1728" w:type="dxa"/>
          </w:tcPr>
          <w:p w:rsidR="00E22F56" w:rsidRDefault="00CC2020">
            <w:r>
              <w:t>Very basic</w:t>
            </w:r>
          </w:p>
        </w:tc>
        <w:tc>
          <w:tcPr>
            <w:tcW w:w="1728" w:type="dxa"/>
          </w:tcPr>
          <w:p w:rsidR="00E22F56" w:rsidRDefault="00CC2020">
            <w:r>
              <w:t>Missing</w:t>
            </w:r>
          </w:p>
        </w:tc>
      </w:tr>
      <w:tr w:rsidR="00E22F56">
        <w:tc>
          <w:tcPr>
            <w:tcW w:w="1728" w:type="dxa"/>
          </w:tcPr>
          <w:p w:rsidR="00E22F56" w:rsidRDefault="00CC2020">
            <w:r>
              <w:t>Presentation &amp; Effort</w:t>
            </w:r>
          </w:p>
        </w:tc>
        <w:tc>
          <w:tcPr>
            <w:tcW w:w="1728" w:type="dxa"/>
          </w:tcPr>
          <w:p w:rsidR="00E22F56" w:rsidRDefault="00CC2020">
            <w:r>
              <w:t>Very clear, creative effort</w:t>
            </w:r>
          </w:p>
        </w:tc>
        <w:tc>
          <w:tcPr>
            <w:tcW w:w="1728" w:type="dxa"/>
          </w:tcPr>
          <w:p w:rsidR="00E22F56" w:rsidRDefault="00CC2020">
            <w:r>
              <w:t>Clear, some effort</w:t>
            </w:r>
          </w:p>
        </w:tc>
        <w:tc>
          <w:tcPr>
            <w:tcW w:w="1728" w:type="dxa"/>
          </w:tcPr>
          <w:p w:rsidR="00E22F56" w:rsidRDefault="00CC2020">
            <w:r>
              <w:t>Basic, little effort</w:t>
            </w:r>
          </w:p>
        </w:tc>
        <w:tc>
          <w:tcPr>
            <w:tcW w:w="1728" w:type="dxa"/>
          </w:tcPr>
          <w:p w:rsidR="00E22F56" w:rsidRDefault="00CC2020">
            <w:r>
              <w:t>Not clear or incomplete</w:t>
            </w:r>
          </w:p>
        </w:tc>
      </w:tr>
    </w:tbl>
    <w:p w:rsidR="00E22F56" w:rsidRDefault="00CC2020">
      <w:r>
        <w:br/>
        <w:t>Total Score: ____ / 20</w:t>
      </w:r>
    </w:p>
    <w:p w:rsidR="002D257A" w:rsidRDefault="002D257A">
      <w:r>
        <w:rPr>
          <w:noProof/>
        </w:rPr>
        <w:drawing>
          <wp:inline distT="0" distB="0" distL="0" distR="0" wp14:anchorId="7A5E784B">
            <wp:extent cx="3078480" cy="2179654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540" cy="2193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B74653">
            <wp:extent cx="2171700" cy="2810304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490" cy="2882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D257A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2D257A"/>
    <w:rsid w:val="00326F90"/>
    <w:rsid w:val="00AA1D8D"/>
    <w:rsid w:val="00B47730"/>
    <w:rsid w:val="00CB0664"/>
    <w:rsid w:val="00CC2020"/>
    <w:rsid w:val="00E22F56"/>
    <w:rsid w:val="00F469C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B648F1"/>
  <w14:defaultImageDpi w14:val="300"/>
  <w15:docId w15:val="{C2C8AA40-4C7E-4936-AF02-EA63E9B1E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F19895-538B-46A9-8122-AD309EF83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264</Words>
  <Characters>1454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1715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Chooramun Mira</cp:lastModifiedBy>
  <cp:revision>3</cp:revision>
  <dcterms:created xsi:type="dcterms:W3CDTF">2025-09-25T15:31:00Z</dcterms:created>
  <dcterms:modified xsi:type="dcterms:W3CDTF">2025-10-07T13:24:00Z</dcterms:modified>
  <cp:category/>
</cp:coreProperties>
</file>